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airline customer service message</w:t>
      </w:r>
    </w:p>
    <w:p>
      <w:r>
        <w:rPr>
          <w:color w:val="E11D48"/>
          <w:u w:val="single"/>
        </w:rPr>
        <w:t>https://cyberguardlab.com/blog/airline-customer-service-impersonation-scam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airline-customer-service-impersonation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airline customer service message is when someone pretends to be your airline—on social media, by email, text, or chat—and asks for booking details, payment info, or a login so they can “help” with a delay, cancellation, or refund. The FTC warns that scammers watch upset traveler posts, then reach out from look-alike accounts and push people toward spoofed sites. This guide covers airline customer service impersonation (social DMs, fake refund/cancellation notices, “agent” chats). It is not a vacation-rental booking guide and not a general password-reset phishing overview.</w:t>
      </w:r>
    </w:p>
    <w:p>
      <w:pPr>
        <w:pStyle w:val="Heading2"/>
      </w:pPr>
      <w:r>
        <w:t>How the airline impersonation scam usually works</w:t>
      </w:r>
    </w:p>
    <w:p>
      <w:pPr>
        <w:pStyle w:val="ListBullet"/>
      </w:pPr>
      <w:r>
        <w:t>Social media bait — You post about a delay or cancellation. A fake “airline support” account replies and offers to rebook or refund.</w:t>
      </w:r>
    </w:p>
    <w:p>
      <w:pPr>
        <w:pStyle w:val="ListBullet"/>
      </w:pPr>
      <w:r>
        <w:t>Ask for booking or bank details — Scammers request confirmation numbers, phone numbers, bank account data, or other personal information.</w:t>
      </w:r>
    </w:p>
    <w:p>
      <w:pPr>
        <w:pStyle w:val="ListBullet"/>
      </w:pPr>
      <w:r>
        <w:t>Spoofed help site — They send a link that looks like the airline’s site to harvest logins or card numbers.</w:t>
      </w:r>
    </w:p>
    <w:p>
      <w:pPr>
        <w:pStyle w:val="ListBullet"/>
      </w:pPr>
      <w:r>
        <w:t>Urgent “act now” pressure — They claim the refund window closes soon, your seat will be lost, or you must verify payment immediately.</w:t>
      </w:r>
    </w:p>
    <w:p>
      <w:pPr>
        <w:pStyle w:val="ListBullet"/>
      </w:pPr>
      <w:r>
        <w:t>Unofficial contact path — Real help starts from the airline’s own app, website, airport desk, or official social page linked from the airline’s site—not from a stranger who messaged you first.</w:t>
      </w:r>
    </w:p>
    <w:p>
      <w:pPr>
        <w:pStyle w:val="Heading2"/>
      </w:pPr>
      <w:r>
        <w:t>Red flags before you share travel details</w:t>
      </w:r>
    </w:p>
    <w:p>
      <w:r>
        <w:t>Cue | Safer habit | Scam signal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Who contacted you | You opened the official airline app/site or spoke to staff at the airport | A DM, email, or text that reached out after your public complaint</w:t>
      </w:r>
    </w:p>
    <w:p>
      <w:r>
        <w:t>Where you verify the account | Official social page linked from the airline’s website; verification badge is helpful but not enough alone | Look-alike handle, new account, or “support” that only exists in DMs</w:t>
      </w:r>
    </w:p>
    <w:p>
      <w:r>
        <w:t>What they ask for | Nothing sensitive in a public thread; you manage the booking inside your account | Confirmation number, bank details, passwords, one-time codes, or card CVV in chat</w:t>
      </w:r>
    </w:p>
    <w:p>
      <w:r>
        <w:t>Links | You type the airline site yourself or use the installed app | “Click here to rebook/refund” from an unexpected message</w:t>
      </w:r>
    </w:p>
    <w:p>
      <w:r>
        <w:t>Pressure | You can pause and check FlightRights.gov for real passenger rights | Pay fee / verify now / don’t hang up / don’t tell family</w:t>
      </w:r>
    </w:p>
    <w:p>
      <w:pPr>
        <w:pStyle w:val="Heading2"/>
      </w:pPr>
      <w:r>
        <w:t>Steps: what to do when “airline support” messages you</w:t>
      </w:r>
    </w:p>
    <w:p>
      <w:pPr>
        <w:pStyle w:val="ListBullet"/>
      </w:pPr>
      <w:r>
        <w:t>Pause — Do not click links, share confirmation codes, passwords, one-time codes, or bank details in that thread.</w:t>
      </w:r>
    </w:p>
    <w:p>
      <w:pPr>
        <w:pStyle w:val="ListBullet"/>
      </w:pPr>
      <w:r>
        <w:t>Open the real channel yourself — Use the airline’s official app, website chat/phone listed on the site you typed, or talk to staff in person at the airport.</w:t>
      </w:r>
    </w:p>
    <w:p>
      <w:pPr>
        <w:pStyle w:val="ListBullet"/>
      </w:pPr>
      <w:r>
        <w:t>Check the booking in your account — Confirm whether a real cancellation, rebooking, or refund status appears there. Treat a message-only claim with skepticism.</w:t>
      </w:r>
    </w:p>
    <w:p>
      <w:pPr>
        <w:pStyle w:val="ListBullet"/>
      </w:pPr>
      <w:r>
        <w:t>If you use social media — Find the airline’s official page from the airline’s website first. Never give personal information on social media, per FTC guidance.</w:t>
      </w:r>
    </w:p>
    <w:p>
      <w:pPr>
        <w:pStyle w:val="ListBullet"/>
      </w:pPr>
      <w:r>
        <w:t>Ignore look-alike agents who messaged you first — Real airlines do not need your bank account or login OTP to “unlock” a refund in a DM.</w:t>
      </w:r>
    </w:p>
    <w:p>
      <w:pPr>
        <w:pStyle w:val="ListBullet"/>
      </w:pPr>
      <w:r>
        <w:t>If you already shared data — Change the airline (and related) password from the official site/app, turn on two-factor authentication where available, watch cards/bank statements, and start recovery at IdentityTheft.gov if personal information was stolen.</w:t>
      </w:r>
    </w:p>
    <w:p>
      <w:pPr>
        <w:pStyle w:val="ListBullet"/>
      </w:pPr>
      <w:r>
        <w:t>Report — File at ReportFraud.ftc.gov. For unfair treatment by a real airline (not the scammer), see FlightRights.gov.</w:t>
      </w:r>
    </w:p>
    <w:p>
      <w:pPr>
        <w:pStyle w:val="Heading2"/>
      </w:pPr>
      <w:r>
        <w:t>Safer travel-support habits (buy-nothing)</w:t>
      </w:r>
    </w:p>
    <w:p>
      <w:pPr>
        <w:pStyle w:val="ListBullet"/>
      </w:pPr>
      <w:r>
        <w:t>Prefer the installed airline app or a URL you type yourself over links in unexpected messages.</w:t>
      </w:r>
    </w:p>
    <w:p>
      <w:pPr>
        <w:pStyle w:val="ListBullet"/>
      </w:pPr>
      <w:r>
        <w:t>Keep booking confirmations offline or in your email; do not paste full details into public posts.</w:t>
      </w:r>
    </w:p>
    <w:p>
      <w:pPr>
        <w:pStyle w:val="ListBullet"/>
      </w:pPr>
      <w:r>
        <w:t>Family rule: no “refund fees” paid by gift card, wire, crypto, or payment app.</w:t>
      </w:r>
    </w:p>
    <w:p>
      <w:pPr>
        <w:pStyle w:val="ListBullet"/>
      </w:pPr>
      <w:r>
        <w:t>Microsoft Defender (or built-in OS protections) helps if the risk was a phishing page, but the main defense is refusing unexpected “support” asks. Paid suites are optional.</w:t>
      </w:r>
    </w:p>
    <w:p>
      <w:pPr>
        <w:pStyle w:val="Heading2"/>
      </w:pPr>
      <w:r>
        <w:t>FAQ</w:t>
      </w:r>
    </w:p>
    <w:p>
      <w:pPr>
        <w:pStyle w:val="Heading3"/>
      </w:pPr>
      <w:r>
        <w:t>Is every airline delay email a scam?</w:t>
      </w:r>
    </w:p>
    <w:p>
      <w:r>
        <w:t>No. Airlines do send real schedule updates. Open the official app or site yourself and confirm the same change appears in your booking before you click anything in a message.</w:t>
      </w:r>
    </w:p>
    <w:p>
      <w:pPr>
        <w:pStyle w:val="Heading3"/>
      </w:pPr>
      <w:r>
        <w:t>Someone DMed me after I complained on X/Facebook/Instagram. Could that be real?</w:t>
      </w:r>
    </w:p>
    <w:p>
      <w:r>
        <w:t>The FTC describes this exact pattern as a common impersonation tactic. Start from the airline’s official channels instead of the DM that found you.</w:t>
      </w:r>
    </w:p>
    <w:p>
      <w:pPr>
        <w:pStyle w:val="Heading3"/>
      </w:pPr>
      <w:r>
        <w:t>They already know my flight number. Does that mean they’re legit?</w:t>
      </w:r>
    </w:p>
    <w:p>
      <w:r>
        <w:t>Not necessarily. Flight details are often public or easy to guess from a post. Still verify inside your account.</w:t>
      </w:r>
    </w:p>
    <w:p>
      <w:pPr>
        <w:pStyle w:val="Heading3"/>
      </w:pPr>
      <w:r>
        <w:t>Where do I learn real passenger rights?</w:t>
      </w:r>
    </w:p>
    <w:p>
      <w:r>
        <w:t>Use FlightRights.gov for DOT passenger protections and complaints about real airlines.</w:t>
      </w:r>
    </w:p>
    <w:p>
      <w:pPr>
        <w:pStyle w:val="Heading3"/>
      </w:pPr>
      <w:r>
        <w:t>Do I need paid antivirus to avoid airline support scams?</w:t>
      </w:r>
    </w:p>
    <w:p>
      <w:r>
        <w:t>No. Using official channels and refusing unexpected data asks is enough. Buy-nothing is valid.</w:t>
      </w:r>
    </w:p>
    <w:p>
      <w:pPr>
        <w:pStyle w:val="Heading2"/>
      </w:pPr>
      <w:r>
        <w:t>If you still want a paid suite</w:t>
      </w:r>
    </w:p>
    <w:p>
      <w:r>
        <w:t>Spotting a fake airline customer service message does not require paid antivirus. If you still want multi-device paid protection, use only these on-site links: Norton (paid link), Bitdefender (paid link), TotalAV (paid link), McAfee (paid link), Avast (paid link).</w:t>
      </w:r>
    </w:p>
    <w:p>
      <w:pPr>
        <w:pStyle w:val="Heading2"/>
      </w:pPr>
      <w:r>
        <w:t>Extra caution</w:t>
      </w:r>
    </w:p>
    <w:p>
      <w:r>
        <w:t>A blue check or airline logo in a DM does not prove the helper is real. Open the official app yourself, never share booking or payment secrets in social chat, and report imposters.</w:t>
      </w:r>
    </w:p>
    <w:p>
      <w:pPr>
        <w:pStyle w:val="Heading2"/>
      </w:pPr>
      <w:r>
        <w:t>Sources</w:t>
      </w:r>
    </w:p>
    <w:p>
      <w:pPr>
        <w:pStyle w:val="ListBullet"/>
      </w:pPr>
      <w:r>
        <w:t>FTC: Scammers impersonate airline customer service representatives</w:t>
      </w:r>
    </w:p>
    <w:p>
      <w:pPr>
        <w:pStyle w:val="ListBullet"/>
      </w:pPr>
      <w:r>
        <w:t>FTC: How to avoid a scam</w:t>
      </w:r>
    </w:p>
    <w:p>
      <w:pPr>
        <w:pStyle w:val="ListBullet"/>
      </w:pPr>
      <w:r>
        <w:t>FTC: What to do if you were scammed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FlightRights.gov (DOT passenger protections)</w:t>
      </w:r>
    </w:p>
    <w:p>
      <w:pPr>
        <w:pStyle w:val="Heading2"/>
      </w:pPr>
      <w:r>
        <w:t>Also read</w:t>
      </w:r>
    </w:p>
    <w:p>
      <w:pPr>
        <w:pStyle w:val="ListBullet"/>
      </w:pPr>
      <w:r>
        <w:t>Fake password-reset email</w:t>
      </w:r>
    </w:p>
    <w:p>
      <w:pPr>
        <w:pStyle w:val="ListBullet"/>
      </w:pPr>
      <w:r>
        <w:t>Vacation rental scam</w:t>
      </w:r>
    </w:p>
    <w:p>
      <w:pPr>
        <w:pStyle w:val="ListBullet"/>
      </w:pPr>
      <w:r>
        <w:t>Clicked a phishing link: first hour</w:t>
      </w:r>
    </w:p>
    <w:p>
      <w:pPr>
        <w:pStyle w:val="ListBullet"/>
      </w:pPr>
      <w:r>
        <w:t>eBay seller impersonation scam</w:t>
      </w:r>
    </w:p>
    <w:p>
      <w:pPr>
        <w:pStyle w:val="ListBullet"/>
      </w:pPr>
      <w:r>
        <w:t>Is Microsoft Defender enough?</w:t>
      </w:r>
    </w:p>
    <w:p>
      <w:pPr>
        <w:pStyle w:val="ListBullet"/>
      </w:pPr>
      <w:r>
        <w:t>Report identity theft at IdentityTheft.gov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https://cyberguardlab.com/blog/airline-customer-service-impersonation-scam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airline customer service message</dc:title>
  <dc:subject>How to spot a fake airline customer service message</dc:subject>
  <dc:creator>CyberGuardLab editorial</dc:creator>
  <cp:keywords>airline customer service impersonation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