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8 ways a virus warning popup is fake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Close the page. Do not call. Do not pay with gift cards.</w:t>
      </w:r>
    </w:p>
    <w:p>
      <w:r>
        <w:rPr>
          <w:sz w:val="22"/>
        </w:rPr>
        <w:t>1. Full-screen scare that says call this number</w:t>
      </w:r>
    </w:p>
    <w:p>
      <w:r>
        <w:rPr>
          <w:sz w:val="22"/>
        </w:rPr>
        <w:t>2. Locks the browser tab so Back does nothing</w:t>
      </w:r>
    </w:p>
    <w:p>
      <w:r>
        <w:rPr>
          <w:sz w:val="22"/>
        </w:rPr>
        <w:t>3. A countdown clock (theater, not Windows Security)</w:t>
      </w:r>
    </w:p>
    <w:p>
      <w:r>
        <w:rPr>
          <w:sz w:val="22"/>
        </w:rPr>
        <w:t>4. Grammar and logos do not match Microsoft</w:t>
      </w:r>
    </w:p>
    <w:p>
      <w:r>
        <w:rPr>
          <w:sz w:val="22"/>
        </w:rPr>
        <w:t>5. Address bar is not microsoft.com / support.microsoft.com</w:t>
      </w:r>
    </w:p>
    <w:p>
      <w:r>
        <w:rPr>
          <w:sz w:val="22"/>
        </w:rPr>
        <w:t>6. Asks for gift cards or remote-access software</w:t>
      </w:r>
    </w:p>
    <w:p>
      <w:r>
        <w:rPr>
          <w:sz w:val="22"/>
        </w:rPr>
        <w:t>7. Task Manager (Ctrl+Shift+Esc) can end the browser</w:t>
      </w:r>
    </w:p>
    <w:p>
      <w:r>
        <w:rPr>
          <w:sz w:val="22"/>
        </w:rPr>
        <w:t>8. A real warning lives in the Windows Security app</w:t>
      </w:r>
    </w:p>
    <w:p>
      <w:r>
        <w:rPr>
          <w:sz w:val="20"/>
        </w:rPr>
        <w:t>FTC: consumer.ftc.gov How to spot, avoid, and report tech support scams</w:t>
      </w:r>
    </w:p>
    <w:p>
      <w:r>
        <w:rPr>
          <w:sz w:val="20"/>
        </w:rPr>
        <w:t>Report: reportfraud.ftc.gov</w:t>
      </w:r>
    </w:p>
    <w:p>
      <w:r>
        <w:rPr>
          <w:sz w:val="20"/>
        </w:rPr>
        <w:t>Official video: FTCvideos - How scammers pretend to fix your computer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