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7 signs your old computer is slow from hardware, not a virus</w:t>
      </w:r>
    </w:p>
    <w:p>
      <w:r>
        <w:rPr>
          <w:color w:val="E11D48"/>
          <w:u w:val="single"/>
        </w:rPr>
        <w:t>https://cyberguardlab.com/blog/7-signs-your-old-computer-is-slow-from-hardware-not-a-virus</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4724400"/>
            <wp:docPr id="2" name="Picture 2"/>
            <wp:cNvGraphicFramePr>
              <a:graphicFrameLocks noChangeAspect="1"/>
            </wp:cNvGraphicFramePr>
            <a:graphic>
              <a:graphicData uri="http://schemas.openxmlformats.org/drawingml/2006/picture">
                <pic:pic>
                  <pic:nvPicPr>
                    <pic:cNvPr id="0" name="inline-totalav.png"/>
                    <pic:cNvPicPr/>
                  </pic:nvPicPr>
                  <pic:blipFill>
                    <a:blip r:embed="rId12"/>
                    <a:stretch>
                      <a:fillRect/>
                    </a:stretch>
                  </pic:blipFill>
                  <pic:spPr>
                    <a:xfrm>
                      <a:off x="0" y="0"/>
                      <a:ext cx="5669280" cy="4724400"/>
                    </a:xfrm>
                    <a:prstGeom prst="rect"/>
                  </pic:spPr>
                </pic:pic>
              </a:graphicData>
            </a:graphic>
          </wp:inline>
        </w:drawing>
      </w:r>
    </w:p>
    <w:p>
      <w:r>
        <w:t>A common tech-support question is that an old Windows laptop is “full of viruses and super slow.” The owner wants a wipe later, but first they want documents and photos off the machine. Before you treat that as malware, write down the specs. Open Settings → System → About. Note Windows edition, installed RAM, and the processor. Press Ctrl+Shift+Esc for Task Manager and look at Disk and Memory. A 2016–2019 PC with 4 GB of RAM and a spinning hard drive can feel infected when the hardware is simply out of room. Microsoft Defender Antivirus is already on supported Windows 10 and Windows 11. A paid suite does not turn a dying disk into an SSD. Buying nothing is a valid outcome if Defender is on and the slowness is hardware.</w:t>
      </w:r>
    </w:p>
    <w:p>
      <w:pPr>
        <w:pStyle w:val="Heading2"/>
      </w:pPr>
      <w:r>
        <w:t>1. The disk clicks, or it sits at 100%</w:t>
      </w:r>
    </w:p>
    <w:p>
      <w:r>
        <w:t>A mechanical drive that clicks, retries, or sits at 100 percent disk while the rest of the PC waits is a hardware story. Photos may still copy. The platter is asking to be replaced. If the laptop still boots, copy Documents and pictures to an external drive you can scan later — then follow our 9-step cleanup if you also have reason to suspect malware. A scanner will not silence a clicking disk. If you only want a lighter resident tool after the drive is healthy, see how to run antivirus on an old computer.</w:t>
      </w:r>
    </w:p>
    <w:p>
      <w:r>
        <w:rPr>
          <w:color w:val="E11D48"/>
        </w:rPr>
        <w:t>Paid link</w:t>
      </w:r>
    </w:p>
    <w:p>
      <w:r>
        <w:rPr>
          <w:b/>
        </w:rPr>
        <w:t>TotalAV  |  See the TotalAV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totalav.png"/>
                    <pic:cNvPicPr/>
                  </pic:nvPicPr>
                  <pic:blipFill>
                    <a:blip r:embed="rId12"/>
                    <a:stretch>
                      <a:fillRect/>
                    </a:stretch>
                  </pic:blipFill>
                  <pic:spPr>
                    <a:xfrm>
                      <a:off x="0" y="0"/>
                      <a:ext cx="3291840" cy="2743200"/>
                    </a:xfrm>
                    <a:prstGeom prst="rect"/>
                  </pic:spPr>
                </pic:pic>
              </a:graphicData>
            </a:graphic>
          </wp:inline>
        </w:drawing>
      </w:r>
    </w:p>
    <w:p>
      <w:r>
        <w:rPr>
          <w:color w:val="E11D48"/>
          <w:u w:val="single"/>
        </w:rPr>
        <w:t>See the TotalAV first-year offer</w:t>
      </w:r>
    </w:p>
    <w:p>
      <w:r>
        <w:t>Offer page: https://cyberguardlab.com/totalav</w:t>
      </w:r>
    </w:p>
    <w:p>
      <w:r>
        <w:t>Ad link: https://trysecurities.com/offer/totalav?dtm=gg&amp;cid=</w:t>
      </w:r>
    </w:p>
    <w:p>
      <w:pPr>
        <w:pStyle w:val="Heading2"/>
      </w:pPr>
      <w:r>
        <w:t>2. RAM is 4 GB, or memory is always full</w:t>
      </w:r>
    </w:p>
    <w:p>
      <w:r>
        <w:t>If About shows 4 GB, or memory stays above 80 percent with one browser and mail, every extra program competes for the same small pool. Windows itself wants more than it did in 2016. This is why a second antivirus left behind by a repair shop can make the same laptop feel worse, not better. You can uninstall the extra suite and stay on Microsoft Defender. That is not a claim that Avast, McAfee, or Norton is “useless.” It is a claim that two real-time scanners on 4 GB is a bad fit for this machine.</w:t>
      </w:r>
    </w:p>
    <w:p>
      <w:pPr>
        <w:pStyle w:val="Heading2"/>
      </w:pPr>
      <w:r>
        <w:t>3. Startup takes many minutes</w:t>
      </w:r>
    </w:p>
    <w:p>
      <w:r>
        <w:t>Several minutes to reach the desktop, with a spinning disk and a long Startup list, is often startup programs plus a slow drive. In Task Manager, open Startup apps and disable what you do not need. Finish pending Windows Update restarts before you install anything new. If startup is still glacial after that, treat the drive as the suspect. Malware can add startup items, but a healthy SSD with 8 GB of RAM rarely takes five minutes to reach a clean desktop.</w:t>
      </w:r>
    </w:p>
    <w:p>
      <w:pPr>
        <w:pStyle w:val="Heading2"/>
      </w:pPr>
      <w:r>
        <w:t>4. Safe Mode is still slow</w:t>
      </w:r>
    </w:p>
    <w:p>
      <w:r>
        <w:t>Safe Mode loads a short list of drivers. If the laptop is still painfully slow there, malware that hooks the normal desktop is a weaker explanation than a tired disk, thermal throttling, or too little RAM. Heat is the quiet sibling: a fan packed with dust drops clock speed until even Notepad stutters. Power the machine down, let it cool, and feel whether the chassis is a heater. A paid cleanup module cannot fix a clogged heat sink.</w:t>
      </w:r>
    </w:p>
    <w:p>
      <w:pPr>
        <w:pStyle w:val="Heading2"/>
      </w:pPr>
      <w:r>
        <w:t>5. Task Manager points at hardware, not a mystery process</w:t>
      </w:r>
    </w:p>
    <w:p>
      <w:r>
        <w:t>Sort Task Manager by Disk, Memory, and CPU. If the top consumer is System, a Service Host, or “100% disk” with almost no third-party process, you are looking at hardware wait. If a named unknown process is pegging CPU after a browser scare, that is a different path — then a scan in Windows Security is the next step, and Microsoft’s remove-malware help is the official walkthrough. Demand the specs before you assume the second path.</w:t>
      </w:r>
    </w:p>
    <w:p>
      <w:pPr>
        <w:pStyle w:val="Heading2"/>
      </w:pPr>
      <w:r>
        <w:t>6. Storage Sense barely frees space</w:t>
      </w:r>
    </w:p>
    <w:p>
      <w:r>
        <w:t>Open Settings → System → Storage and run Storage Sense or Temporary files cleanup. If you free a few hundred megabytes and C: is still a years-old photo library at 95 percent, the machine is full, not possessed. Cleanup tools — free or paid — cannot invent space that family pictures occupy. Move the library off the boot drive. Then ask whether you still need a paid “tune-up.” Often you do not.</w:t>
      </w:r>
    </w:p>
    <w:p>
      <w:pPr>
        <w:pStyle w:val="Heading2"/>
      </w:pPr>
      <w:r>
        <w:t>7. Two antivirus programs are fighting</w:t>
      </w:r>
    </w:p>
    <w:p>
      <w:r>
        <w:t>A recurring household scene: a shop installed Avast, or an expired McAfee trial is still resident, and Windows Security is trying to work at the same time. Windows will often turn Defender off when it sees another real-time antivirus. Two leftovers fighting is a common reason a laptop feels “full of viruses.” Uninstall the product you are not paying for from Settings → Apps. After a restart, open Windows Security and confirm Microsoft Defender Antivirus is on. You do not have to keep a shop-installed suite. You also do not have to buy a replacement to be “protected.” Defender is the built-in default on supported Windows 11. For the job-by-job extras people actually pay for, see 5 antivirus extras worth paying for in 2026.</w:t>
      </w:r>
    </w:p>
    <w:p>
      <w:r>
        <w:t>After this hardware check, if the disk is healthy, RAM is adequate, only one scanner is running, and you still want a cleanup-plus-VPN bundle for a travel laptop, that is an optional purchase — not a requirement. TotalAV is the product we map to that job on this site. Confirm first-year price, renewal, device limit, and refund window on the checkout page. A paid suite is not a hardware upgrade.</w:t>
      </w:r>
    </w:p>
    <w:p>
      <w:pPr>
        <w:pStyle w:val="Heading2"/>
      </w:pPr>
      <w:r>
        <w:t>Sources</w:t>
      </w:r>
    </w:p>
    <w:p>
      <w:pPr>
        <w:pStyle w:val="ListBullet"/>
      </w:pPr>
      <w:r>
        <w:t>Microsoft Support: Remove malware from your Windows PC</w:t>
      </w:r>
    </w:p>
    <w:p>
      <w:pPr>
        <w:pStyle w:val="ListBullet"/>
      </w:pPr>
      <w:r>
        <w:t>r/techsupport community discussion: old computer full of viruses and super slow — community discussion, not a lab or official source</w:t>
      </w:r>
    </w:p>
    <w:p>
      <w:pPr>
        <w:pStyle w:val="Heading2"/>
      </w:pPr>
      <w:r>
        <w:t>Also read</w:t>
      </w:r>
    </w:p>
    <w:p>
      <w:pPr>
        <w:pStyle w:val="ListBullet"/>
      </w:pPr>
      <w:r>
        <w:t>How to uninstall McAfee or Avast and go back to Windows Defender</w:t>
      </w:r>
    </w:p>
    <w:p>
      <w:pPr>
        <w:pStyle w:val="ListBullet"/>
      </w:pPr>
      <w:r>
        <w:t>How to run antivirus on an old computer without slowing it down</w:t>
      </w:r>
    </w:p>
    <w:p>
      <w:pPr>
        <w:pStyle w:val="ListBullet"/>
      </w:pPr>
      <w:r>
        <w:t>9 steps to clean a virus-infected Windows PC at home</w:t>
      </w:r>
    </w:p>
    <w:p>
      <w:pPr>
        <w:pStyle w:val="ListBullet"/>
      </w:pPr>
      <w:r>
        <w:t>5 antivirus extras worth paying for in 2026</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https://cyberguardlab.com/blog/7-signs-your-old-computer-is-slow-from-hardware-not-a-virus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